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Wohnungsübergabeprotokoll</w:t>
      </w:r>
    </w:p>
    <w:p>
      <w:r>
        <w:t>Art der Übergabe:   [ ] Einzug      [ ] Auszug</w:t>
      </w:r>
    </w:p>
    <w:p>
      <w:r>
        <w:t>Datum der Übergabe: ____________________</w:t>
      </w:r>
    </w:p>
    <w:p>
      <w:r>
        <w:t>Mietobjekt: [Straße Hausnummer, PLZ Ort, Geschoss/Lage] ______________________________________________</w:t>
      </w:r>
    </w:p>
    <w:p>
      <w:r>
        <w:t>Vermieter/in: ______________________________________________</w:t>
      </w:r>
    </w:p>
    <w:p>
      <w:r>
        <w:t>Mieter/in: ______________________________________________</w:t>
      </w:r>
    </w:p>
    <w:p>
      <w:r>
        <w:t>Weitere Anwesende (z. B. Zeugen): ______________________________________________</w:t>
      </w:r>
    </w:p>
    <w:p>
      <w:r>
        <w:rPr>
          <w:b/>
          <w:sz w:val="24"/>
        </w:rPr>
        <w:t>Zählerstände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</w:tcPr>
          <w:p>
            <w:r>
              <w:rPr>
                <w:b/>
              </w:rPr>
              <w:t>Zähler</w:t>
            </w:r>
          </w:p>
        </w:tc>
        <w:tc>
          <w:tcPr>
            <w:tcW w:type="dxa" w:w="2076"/>
          </w:tcPr>
          <w:p>
            <w:r>
              <w:rPr>
                <w:b/>
              </w:rPr>
              <w:t>Zählernummer</w:t>
            </w:r>
          </w:p>
        </w:tc>
        <w:tc>
          <w:tcPr>
            <w:tcW w:type="dxa" w:w="2076"/>
          </w:tcPr>
          <w:p>
            <w:r>
              <w:rPr>
                <w:b/>
              </w:rPr>
              <w:t>Zählerstand</w:t>
            </w:r>
          </w:p>
        </w:tc>
        <w:tc>
          <w:tcPr>
            <w:tcW w:type="dxa" w:w="2076"/>
          </w:tcPr>
          <w:p>
            <w:r>
              <w:rPr>
                <w:b/>
              </w:rPr>
              <w:t>abgelesen am</w:t>
            </w:r>
          </w:p>
        </w:tc>
      </w:tr>
      <w:tr>
        <w:tc>
          <w:tcPr>
            <w:tcW w:type="dxa" w:w="2076"/>
          </w:tcPr>
          <w:p>
            <w:r>
              <w:t>Strom</w:t>
            </w:r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</w:tr>
      <w:tr>
        <w:tc>
          <w:tcPr>
            <w:tcW w:type="dxa" w:w="2076"/>
          </w:tcPr>
          <w:p>
            <w:r>
              <w:t>Gas</w:t>
            </w:r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</w:tr>
      <w:tr>
        <w:tc>
          <w:tcPr>
            <w:tcW w:type="dxa" w:w="2076"/>
          </w:tcPr>
          <w:p>
            <w:r>
              <w:t>Wasser (kalt)</w:t>
            </w:r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</w:tr>
      <w:tr>
        <w:tc>
          <w:tcPr>
            <w:tcW w:type="dxa" w:w="2076"/>
          </w:tcPr>
          <w:p>
            <w:r>
              <w:t>Wasser (warm)</w:t>
            </w:r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</w:tr>
      <w:tr>
        <w:tc>
          <w:tcPr>
            <w:tcW w:type="dxa" w:w="2076"/>
          </w:tcPr>
          <w:p>
            <w:r>
              <w:t>Wärmemengenzähler / Heizung</w:t>
            </w:r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</w:tr>
      <w:tr>
        <w:tc>
          <w:tcPr>
            <w:tcW w:type="dxa" w:w="2076"/>
          </w:tcPr>
          <w:p>
            <w:r>
              <w:t>Sonstige</w:t>
            </w:r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  <w:tc>
          <w:tcPr>
            <w:tcW w:type="dxa" w:w="2076"/>
          </w:tcPr>
          <w:p>
            <w:r/>
          </w:p>
        </w:tc>
      </w:tr>
    </w:tbl>
    <w:p>
      <w:r>
        <w:rPr>
          <w:b/>
          <w:sz w:val="24"/>
        </w:rPr>
        <w:t>Schlüssel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769"/>
          </w:tcPr>
          <w:p>
            <w:r>
              <w:rPr>
                <w:b/>
              </w:rPr>
              <w:t>Schlüssel</w:t>
            </w:r>
          </w:p>
        </w:tc>
        <w:tc>
          <w:tcPr>
            <w:tcW w:type="dxa" w:w="2769"/>
          </w:tcPr>
          <w:p>
            <w:r>
              <w:rPr>
                <w:b/>
              </w:rPr>
              <w:t>Anzahl</w:t>
            </w:r>
          </w:p>
        </w:tc>
        <w:tc>
          <w:tcPr>
            <w:tcW w:type="dxa" w:w="2769"/>
          </w:tcPr>
          <w:p>
            <w:r>
              <w:rPr>
                <w:b/>
              </w:rPr>
              <w:t>Bemerkung</w:t>
            </w:r>
          </w:p>
        </w:tc>
      </w:tr>
      <w:tr>
        <w:tc>
          <w:tcPr>
            <w:tcW w:type="dxa" w:w="2769"/>
          </w:tcPr>
          <w:p>
            <w:r>
              <w:t>Haustür</w:t>
            </w:r>
          </w:p>
        </w:tc>
        <w:tc>
          <w:tcPr>
            <w:tcW w:type="dxa" w:w="2769"/>
          </w:tcPr>
          <w:p>
            <w:r/>
          </w:p>
        </w:tc>
        <w:tc>
          <w:tcPr>
            <w:tcW w:type="dxa" w:w="2769"/>
          </w:tcPr>
          <w:p>
            <w:r/>
          </w:p>
        </w:tc>
      </w:tr>
      <w:tr>
        <w:tc>
          <w:tcPr>
            <w:tcW w:type="dxa" w:w="2769"/>
          </w:tcPr>
          <w:p>
            <w:r>
              <w:t>Wohnungstür</w:t>
            </w:r>
          </w:p>
        </w:tc>
        <w:tc>
          <w:tcPr>
            <w:tcW w:type="dxa" w:w="2769"/>
          </w:tcPr>
          <w:p>
            <w:r/>
          </w:p>
        </w:tc>
        <w:tc>
          <w:tcPr>
            <w:tcW w:type="dxa" w:w="2769"/>
          </w:tcPr>
          <w:p>
            <w:r/>
          </w:p>
        </w:tc>
      </w:tr>
      <w:tr>
        <w:tc>
          <w:tcPr>
            <w:tcW w:type="dxa" w:w="2769"/>
          </w:tcPr>
          <w:p>
            <w:r>
              <w:t>Briefkasten</w:t>
            </w:r>
          </w:p>
        </w:tc>
        <w:tc>
          <w:tcPr>
            <w:tcW w:type="dxa" w:w="2769"/>
          </w:tcPr>
          <w:p>
            <w:r/>
          </w:p>
        </w:tc>
        <w:tc>
          <w:tcPr>
            <w:tcW w:type="dxa" w:w="2769"/>
          </w:tcPr>
          <w:p>
            <w:r/>
          </w:p>
        </w:tc>
      </w:tr>
      <w:tr>
        <w:tc>
          <w:tcPr>
            <w:tcW w:type="dxa" w:w="2769"/>
          </w:tcPr>
          <w:p>
            <w:r>
              <w:t>Keller</w:t>
            </w:r>
          </w:p>
        </w:tc>
        <w:tc>
          <w:tcPr>
            <w:tcW w:type="dxa" w:w="2769"/>
          </w:tcPr>
          <w:p>
            <w:r/>
          </w:p>
        </w:tc>
        <w:tc>
          <w:tcPr>
            <w:tcW w:type="dxa" w:w="2769"/>
          </w:tcPr>
          <w:p>
            <w:r/>
          </w:p>
        </w:tc>
      </w:tr>
      <w:tr>
        <w:tc>
          <w:tcPr>
            <w:tcW w:type="dxa" w:w="2769"/>
          </w:tcPr>
          <w:p>
            <w:r>
              <w:t>Garage / Stellplatz</w:t>
            </w:r>
          </w:p>
        </w:tc>
        <w:tc>
          <w:tcPr>
            <w:tcW w:type="dxa" w:w="2769"/>
          </w:tcPr>
          <w:p>
            <w:r/>
          </w:p>
        </w:tc>
        <w:tc>
          <w:tcPr>
            <w:tcW w:type="dxa" w:w="2769"/>
          </w:tcPr>
          <w:p>
            <w:r/>
          </w:p>
        </w:tc>
      </w:tr>
      <w:tr>
        <w:tc>
          <w:tcPr>
            <w:tcW w:type="dxa" w:w="2769"/>
          </w:tcPr>
          <w:p>
            <w:r>
              <w:t>Sonstige (z. B. nachgemachte)</w:t>
            </w:r>
          </w:p>
        </w:tc>
        <w:tc>
          <w:tcPr>
            <w:tcW w:type="dxa" w:w="2769"/>
          </w:tcPr>
          <w:p>
            <w:r/>
          </w:p>
        </w:tc>
        <w:tc>
          <w:tcPr>
            <w:tcW w:type="dxa" w:w="2769"/>
          </w:tcPr>
          <w:p>
            <w:r/>
          </w:p>
        </w:tc>
      </w:tr>
    </w:tbl>
    <w:p>
      <w:r>
        <w:rPr>
          <w:b/>
          <w:sz w:val="24"/>
        </w:rPr>
        <w:t>Zustand der Räume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</w:tcPr>
          <w:p>
            <w:r>
              <w:rPr>
                <w:b/>
              </w:rPr>
              <w:t>Raum</w:t>
            </w:r>
          </w:p>
        </w:tc>
        <w:tc>
          <w:tcPr>
            <w:tcW w:type="dxa" w:w="4153"/>
          </w:tcPr>
          <w:p>
            <w:r>
              <w:rPr>
                <w:b/>
              </w:rPr>
              <w:t>Zustand / festgestellte Mängel</w:t>
            </w:r>
          </w:p>
        </w:tc>
      </w:tr>
      <w:tr>
        <w:tc>
          <w:tcPr>
            <w:tcW w:type="dxa" w:w="4153"/>
          </w:tcPr>
          <w:p>
            <w:r>
              <w:t>Flur / Diele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Küche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Bad / WC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Wohnzimmer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Schlafzimmer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Zimmer 3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Zimmer 4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Weiterer Raum: __________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Weiterer Raum: __________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Balkon / Terrasse</w:t>
            </w:r>
          </w:p>
        </w:tc>
        <w:tc>
          <w:tcPr>
            <w:tcW w:type="dxa" w:w="4153"/>
          </w:tcPr>
          <w:p>
            <w:r/>
          </w:p>
        </w:tc>
      </w:tr>
      <w:tr>
        <w:tc>
          <w:tcPr>
            <w:tcW w:type="dxa" w:w="4153"/>
          </w:tcPr>
          <w:p>
            <w:r>
              <w:t>Keller / Abstellraum</w:t>
            </w:r>
          </w:p>
        </w:tc>
        <w:tc>
          <w:tcPr>
            <w:tcW w:type="dxa" w:w="4153"/>
          </w:tcPr>
          <w:p>
            <w:r/>
          </w:p>
        </w:tc>
      </w:tr>
    </w:tbl>
    <w:p>
      <w:r>
        <w:rPr>
          <w:b/>
          <w:sz w:val="24"/>
        </w:rPr>
        <w:t>Renovierungszustand bei Übergabe</w:t>
      </w:r>
    </w:p>
    <w:p>
      <w:r>
        <w:t>Die Wohnung wird übergeben:   [ ] renoviert      [ ] unrenoviert      [ ] teilrenoviert</w:t>
      </w:r>
    </w:p>
    <w:p>
      <w:r>
        <w:t>Anmerkungen: ______________________________________________</w:t>
      </w:r>
    </w:p>
    <w:p>
      <w:r>
        <w:rPr>
          <w:b/>
          <w:sz w:val="24"/>
        </w:rPr>
        <w:t>Vereinbarungen zu festgestellten Mängeln</w:t>
      </w:r>
    </w:p>
    <w:p>
      <w:r>
        <w:t>Wer behebt welchen Mangel bis wann?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rPr>
          <w:b/>
          <w:sz w:val="24"/>
        </w:rPr>
        <w:t>Fotos</w:t>
      </w:r>
    </w:p>
    <w:p>
      <w:r>
        <w:t>[ ] Zum Zustand der Wohnung wurden Fotos angefertigt.   Anzahl: ________</w:t>
      </w:r>
    </w:p>
    <w:p>
      <w:r>
        <w:t>Kennzeichnung der Fotos (Nummerierung von–bis oder Dateinamen): ______________________________</w:t>
      </w:r>
    </w:p>
    <w:p>
      <w:r>
        <w:t>[ ] Die Fotos wurden beiden Parteien am Übergabetag zur Verfügung gestellt (z. B. per E-Mail).</w:t>
      </w:r>
    </w:p>
    <w:p>
      <w:r>
        <w:rPr>
          <w:b/>
          <w:sz w:val="24"/>
        </w:rPr>
        <w:t>Sonstige Vereinbarungen</w:t>
      </w:r>
    </w:p>
    <w:p>
      <w:r>
        <w:t>________________________________________________________________</w:t>
      </w:r>
    </w:p>
    <w:p>
      <w:r>
        <w:t>________________________________________________________________</w:t>
      </w:r>
    </w:p>
    <w:p>
      <w:r>
        <w:rPr>
          <w:b/>
          <w:sz w:val="24"/>
        </w:rPr>
        <w:t>Bestätigung</w:t>
      </w:r>
    </w:p>
    <w:p>
      <w:r>
        <w:t>Beide Parteien bestätigen die Richtigkeit dieses Protokolls. Jede Partei erhält eine Ausfertigung (oder eine Kopie/Scan).</w:t>
      </w:r>
    </w:p>
    <w:p/>
    <w:p>
      <w:r>
        <w:t>[Ort], den [Datum]</w:t>
      </w:r>
    </w:p>
    <w:p/>
    <w:p>
      <w:r>
        <w:t>___________________________</w:t>
      </w:r>
    </w:p>
    <w:p>
      <w:r>
        <w:t>Vermieter/in</w:t>
      </w:r>
    </w:p>
    <w:p/>
    <w:p>
      <w:r>
        <w:t>___________________________</w:t>
      </w:r>
    </w:p>
    <w:p>
      <w:r>
        <w:t>Mieter/in</w:t>
      </w:r>
    </w:p>
    <w:p/>
    <w:p>
      <w:r>
        <w:t>___________________________</w:t>
      </w:r>
    </w:p>
    <w:p>
      <w:r>
        <w:t>Zeuge/Zeugin (nur erforderlich, wenn der Mieter abwesend ist oder die Unterschrift verweigert)</w:t>
      </w:r>
    </w:p>
    <w:sectPr w:rsidR="00FC693F" w:rsidRPr="0006063C" w:rsidSect="00034616">
      <w:foot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888888"/>
        <w:sz w:val="16"/>
      </w:rPr>
      <w:t>Kostenlose Vorlage von nunc.immo — Wohnung selbst vermieten, ohne Makler.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